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63FB3" w14:textId="6C76A0B9" w:rsidR="001F1E7B" w:rsidRPr="001F1E7B" w:rsidRDefault="006E21CF" w:rsidP="001F1E7B">
      <w:pPr>
        <w:pStyle w:val="1"/>
        <w:jc w:val="center"/>
        <w:rPr>
          <w:lang w:eastAsia="ko-KR"/>
        </w:rPr>
      </w:pPr>
      <w:r>
        <w:rPr>
          <w:rFonts w:eastAsia="맑은 고딕" w:hint="eastAsia"/>
          <w:lang w:eastAsia="ko-KR"/>
        </w:rPr>
        <w:t>주식회사</w:t>
      </w:r>
      <w:r>
        <w:rPr>
          <w:rFonts w:eastAsia="맑은 고딕" w:hint="eastAsia"/>
          <w:lang w:eastAsia="ko-KR"/>
        </w:rPr>
        <w:t xml:space="preserve"> </w:t>
      </w:r>
      <w:proofErr w:type="spellStart"/>
      <w:r>
        <w:rPr>
          <w:rFonts w:ascii="맑은 고딕" w:eastAsia="맑은 고딕" w:hAnsi="맑은 고딕" w:cs="맑은 고딕" w:hint="eastAsia"/>
          <w:lang w:eastAsia="ko-KR"/>
        </w:rPr>
        <w:t>메디노아</w:t>
      </w:r>
      <w:proofErr w:type="spellEnd"/>
      <w:r>
        <w:rPr>
          <w:lang w:eastAsia="ko-KR"/>
        </w:rPr>
        <w:t xml:space="preserve"> ESG </w:t>
      </w:r>
      <w:r>
        <w:rPr>
          <w:rFonts w:ascii="맑은 고딕" w:eastAsia="맑은 고딕" w:hAnsi="맑은 고딕" w:cs="맑은 고딕" w:hint="eastAsia"/>
          <w:lang w:eastAsia="ko-KR"/>
        </w:rPr>
        <w:t>경영</w:t>
      </w:r>
      <w:r>
        <w:rPr>
          <w:lang w:eastAsia="ko-KR"/>
        </w:rPr>
        <w:t xml:space="preserve"> </w:t>
      </w:r>
      <w:proofErr w:type="spellStart"/>
      <w:r>
        <w:rPr>
          <w:rFonts w:ascii="맑은 고딕" w:eastAsia="맑은 고딕" w:hAnsi="맑은 고딕" w:cs="맑은 고딕" w:hint="eastAsia"/>
          <w:lang w:eastAsia="ko-KR"/>
        </w:rPr>
        <w:t>규정집</w:t>
      </w:r>
      <w:proofErr w:type="spellEnd"/>
    </w:p>
    <w:p w14:paraId="4C69438F" w14:textId="16E1BF58" w:rsidR="008F0EAA" w:rsidRDefault="00000000">
      <w:pPr>
        <w:pStyle w:val="21"/>
        <w:rPr>
          <w:lang w:eastAsia="ko-KR"/>
        </w:rPr>
      </w:pPr>
      <w:r>
        <w:rPr>
          <w:lang w:eastAsia="ko-KR"/>
        </w:rPr>
        <w:t xml:space="preserve">1. </w:t>
      </w:r>
      <w:r>
        <w:rPr>
          <w:lang w:eastAsia="ko-KR"/>
        </w:rPr>
        <w:t>대표이사</w:t>
      </w:r>
      <w:r>
        <w:rPr>
          <w:lang w:eastAsia="ko-KR"/>
        </w:rPr>
        <w:t xml:space="preserve"> ESG </w:t>
      </w:r>
      <w:r>
        <w:rPr>
          <w:lang w:eastAsia="ko-KR"/>
        </w:rPr>
        <w:t>선언문</w:t>
      </w:r>
    </w:p>
    <w:p w14:paraId="7D519B90" w14:textId="77777777" w:rsidR="008F0EAA" w:rsidRDefault="00000000">
      <w:pPr>
        <w:rPr>
          <w:lang w:eastAsia="ko-KR"/>
        </w:rPr>
      </w:pPr>
      <w:proofErr w:type="spellStart"/>
      <w:r>
        <w:rPr>
          <w:lang w:eastAsia="ko-KR"/>
        </w:rPr>
        <w:t>메디노아는</w:t>
      </w:r>
      <w:proofErr w:type="spellEnd"/>
      <w:r>
        <w:rPr>
          <w:lang w:eastAsia="ko-KR"/>
        </w:rPr>
        <w:t xml:space="preserve"> </w:t>
      </w:r>
      <w:r>
        <w:rPr>
          <w:lang w:eastAsia="ko-KR"/>
        </w:rPr>
        <w:t>환경</w:t>
      </w:r>
      <w:r>
        <w:rPr>
          <w:lang w:eastAsia="ko-KR"/>
        </w:rPr>
        <w:t xml:space="preserve">(Environment), </w:t>
      </w:r>
      <w:r>
        <w:rPr>
          <w:lang w:eastAsia="ko-KR"/>
        </w:rPr>
        <w:t>사회</w:t>
      </w:r>
      <w:r>
        <w:rPr>
          <w:lang w:eastAsia="ko-KR"/>
        </w:rPr>
        <w:t xml:space="preserve">(Social), </w:t>
      </w:r>
      <w:r>
        <w:rPr>
          <w:lang w:eastAsia="ko-KR"/>
        </w:rPr>
        <w:t>지배구조</w:t>
      </w:r>
      <w:r>
        <w:rPr>
          <w:lang w:eastAsia="ko-KR"/>
        </w:rPr>
        <w:t>(Governance)</w:t>
      </w:r>
      <w:r>
        <w:rPr>
          <w:lang w:eastAsia="ko-KR"/>
        </w:rPr>
        <w:t>를</w:t>
      </w:r>
      <w:r>
        <w:rPr>
          <w:lang w:eastAsia="ko-KR"/>
        </w:rPr>
        <w:t xml:space="preserve"> </w:t>
      </w:r>
      <w:r>
        <w:rPr>
          <w:lang w:eastAsia="ko-KR"/>
        </w:rPr>
        <w:t>핵심</w:t>
      </w:r>
      <w:r>
        <w:rPr>
          <w:lang w:eastAsia="ko-KR"/>
        </w:rPr>
        <w:t xml:space="preserve"> </w:t>
      </w:r>
      <w:r>
        <w:rPr>
          <w:lang w:eastAsia="ko-KR"/>
        </w:rPr>
        <w:t>경영원칙으로</w:t>
      </w:r>
      <w:r>
        <w:rPr>
          <w:lang w:eastAsia="ko-KR"/>
        </w:rPr>
        <w:t xml:space="preserve"> </w:t>
      </w:r>
      <w:r>
        <w:rPr>
          <w:lang w:eastAsia="ko-KR"/>
        </w:rPr>
        <w:t>삼아</w:t>
      </w:r>
      <w:r>
        <w:rPr>
          <w:lang w:eastAsia="ko-KR"/>
        </w:rPr>
        <w:t xml:space="preserve"> </w:t>
      </w:r>
      <w:r>
        <w:rPr>
          <w:lang w:eastAsia="ko-KR"/>
        </w:rPr>
        <w:t>지속가능한</w:t>
      </w:r>
      <w:r>
        <w:rPr>
          <w:lang w:eastAsia="ko-KR"/>
        </w:rPr>
        <w:t xml:space="preserve"> </w:t>
      </w:r>
      <w:r>
        <w:rPr>
          <w:lang w:eastAsia="ko-KR"/>
        </w:rPr>
        <w:t>의료기술</w:t>
      </w:r>
      <w:r>
        <w:rPr>
          <w:lang w:eastAsia="ko-KR"/>
        </w:rPr>
        <w:t xml:space="preserve"> </w:t>
      </w:r>
      <w:r>
        <w:rPr>
          <w:lang w:eastAsia="ko-KR"/>
        </w:rPr>
        <w:t>혁신과</w:t>
      </w:r>
      <w:r>
        <w:rPr>
          <w:lang w:eastAsia="ko-KR"/>
        </w:rPr>
        <w:t xml:space="preserve"> </w:t>
      </w:r>
      <w:r>
        <w:rPr>
          <w:lang w:eastAsia="ko-KR"/>
        </w:rPr>
        <w:t>사회적</w:t>
      </w:r>
      <w:r>
        <w:rPr>
          <w:lang w:eastAsia="ko-KR"/>
        </w:rPr>
        <w:t xml:space="preserve"> </w:t>
      </w:r>
      <w:r>
        <w:rPr>
          <w:lang w:eastAsia="ko-KR"/>
        </w:rPr>
        <w:t>가치</w:t>
      </w:r>
      <w:r>
        <w:rPr>
          <w:lang w:eastAsia="ko-KR"/>
        </w:rPr>
        <w:t xml:space="preserve"> </w:t>
      </w:r>
      <w:r>
        <w:rPr>
          <w:lang w:eastAsia="ko-KR"/>
        </w:rPr>
        <w:t>창출을</w:t>
      </w:r>
      <w:r>
        <w:rPr>
          <w:lang w:eastAsia="ko-KR"/>
        </w:rPr>
        <w:t xml:space="preserve"> </w:t>
      </w:r>
      <w:r>
        <w:rPr>
          <w:lang w:eastAsia="ko-KR"/>
        </w:rPr>
        <w:t>실천한다</w:t>
      </w:r>
      <w:r>
        <w:rPr>
          <w:lang w:eastAsia="ko-KR"/>
        </w:rPr>
        <w:t>.</w:t>
      </w:r>
    </w:p>
    <w:p w14:paraId="3EC9E29E" w14:textId="77777777" w:rsidR="008F0EAA" w:rsidRDefault="00000000">
      <w:pPr>
        <w:pStyle w:val="21"/>
        <w:rPr>
          <w:lang w:eastAsia="ko-KR"/>
        </w:rPr>
      </w:pPr>
      <w:r>
        <w:rPr>
          <w:lang w:eastAsia="ko-KR"/>
        </w:rPr>
        <w:t xml:space="preserve">2. ESG </w:t>
      </w:r>
      <w:r>
        <w:rPr>
          <w:lang w:eastAsia="ko-KR"/>
        </w:rPr>
        <w:t>경영방침</w:t>
      </w:r>
    </w:p>
    <w:p w14:paraId="62079240" w14:textId="77777777" w:rsidR="008F0EAA" w:rsidRDefault="00000000">
      <w:pPr>
        <w:rPr>
          <w:lang w:eastAsia="ko-KR"/>
        </w:rPr>
      </w:pPr>
      <w:r>
        <w:rPr>
          <w:b/>
          <w:lang w:eastAsia="ko-KR"/>
        </w:rPr>
        <w:t>환경</w:t>
      </w:r>
    </w:p>
    <w:p w14:paraId="57828CB2" w14:textId="77777777" w:rsidR="008F0EAA" w:rsidRDefault="00000000">
      <w:pPr>
        <w:rPr>
          <w:lang w:eastAsia="ko-KR"/>
        </w:rPr>
      </w:pPr>
      <w:r>
        <w:rPr>
          <w:lang w:eastAsia="ko-KR"/>
        </w:rPr>
        <w:t>전자문서</w:t>
      </w:r>
      <w:r>
        <w:rPr>
          <w:lang w:eastAsia="ko-KR"/>
        </w:rPr>
        <w:t xml:space="preserve"> </w:t>
      </w:r>
      <w:r>
        <w:rPr>
          <w:lang w:eastAsia="ko-KR"/>
        </w:rPr>
        <w:t>확대</w:t>
      </w:r>
      <w:r>
        <w:rPr>
          <w:lang w:eastAsia="ko-KR"/>
        </w:rPr>
        <w:t xml:space="preserve">, </w:t>
      </w:r>
      <w:r>
        <w:rPr>
          <w:lang w:eastAsia="ko-KR"/>
        </w:rPr>
        <w:t>에너지</w:t>
      </w:r>
      <w:r>
        <w:rPr>
          <w:lang w:eastAsia="ko-KR"/>
        </w:rPr>
        <w:t xml:space="preserve"> </w:t>
      </w:r>
      <w:r>
        <w:rPr>
          <w:lang w:eastAsia="ko-KR"/>
        </w:rPr>
        <w:t>절감</w:t>
      </w:r>
      <w:r>
        <w:rPr>
          <w:lang w:eastAsia="ko-KR"/>
        </w:rPr>
        <w:t xml:space="preserve">, </w:t>
      </w:r>
      <w:r>
        <w:rPr>
          <w:lang w:eastAsia="ko-KR"/>
        </w:rPr>
        <w:t>친환경</w:t>
      </w:r>
      <w:r>
        <w:rPr>
          <w:lang w:eastAsia="ko-KR"/>
        </w:rPr>
        <w:t xml:space="preserve"> </w:t>
      </w:r>
      <w:r>
        <w:rPr>
          <w:lang w:eastAsia="ko-KR"/>
        </w:rPr>
        <w:t>업무</w:t>
      </w:r>
      <w:r>
        <w:rPr>
          <w:lang w:eastAsia="ko-KR"/>
        </w:rPr>
        <w:t>.</w:t>
      </w:r>
    </w:p>
    <w:p w14:paraId="465C74A3" w14:textId="77777777" w:rsidR="008F0EAA" w:rsidRDefault="00000000">
      <w:pPr>
        <w:rPr>
          <w:lang w:eastAsia="ko-KR"/>
        </w:rPr>
      </w:pPr>
      <w:r>
        <w:rPr>
          <w:b/>
          <w:lang w:eastAsia="ko-KR"/>
        </w:rPr>
        <w:t>사회</w:t>
      </w:r>
    </w:p>
    <w:p w14:paraId="63F3613D" w14:textId="77777777" w:rsidR="008F0EAA" w:rsidRDefault="00000000">
      <w:pPr>
        <w:rPr>
          <w:lang w:eastAsia="ko-KR"/>
        </w:rPr>
      </w:pPr>
      <w:r>
        <w:rPr>
          <w:lang w:eastAsia="ko-KR"/>
        </w:rPr>
        <w:t>환자안전</w:t>
      </w:r>
      <w:r>
        <w:rPr>
          <w:lang w:eastAsia="ko-KR"/>
        </w:rPr>
        <w:t xml:space="preserve">, </w:t>
      </w:r>
      <w:r>
        <w:rPr>
          <w:lang w:eastAsia="ko-KR"/>
        </w:rPr>
        <w:t>개인정보</w:t>
      </w:r>
      <w:r>
        <w:rPr>
          <w:lang w:eastAsia="ko-KR"/>
        </w:rPr>
        <w:t xml:space="preserve"> </w:t>
      </w:r>
      <w:r>
        <w:rPr>
          <w:lang w:eastAsia="ko-KR"/>
        </w:rPr>
        <w:t>보호</w:t>
      </w:r>
      <w:r>
        <w:rPr>
          <w:lang w:eastAsia="ko-KR"/>
        </w:rPr>
        <w:t xml:space="preserve">, AI </w:t>
      </w:r>
      <w:r>
        <w:rPr>
          <w:lang w:eastAsia="ko-KR"/>
        </w:rPr>
        <w:t>윤리</w:t>
      </w:r>
      <w:r>
        <w:rPr>
          <w:lang w:eastAsia="ko-KR"/>
        </w:rPr>
        <w:t xml:space="preserve">, </w:t>
      </w:r>
      <w:r>
        <w:rPr>
          <w:lang w:eastAsia="ko-KR"/>
        </w:rPr>
        <w:t>인권존중</w:t>
      </w:r>
      <w:r>
        <w:rPr>
          <w:lang w:eastAsia="ko-KR"/>
        </w:rPr>
        <w:t>.</w:t>
      </w:r>
    </w:p>
    <w:p w14:paraId="0AE63AB4" w14:textId="77777777" w:rsidR="008F0EAA" w:rsidRDefault="00000000">
      <w:pPr>
        <w:rPr>
          <w:lang w:eastAsia="ko-KR"/>
        </w:rPr>
      </w:pPr>
      <w:r>
        <w:rPr>
          <w:b/>
          <w:lang w:eastAsia="ko-KR"/>
        </w:rPr>
        <w:t>지배구조</w:t>
      </w:r>
    </w:p>
    <w:p w14:paraId="3D66C131" w14:textId="77777777" w:rsidR="008F0EAA" w:rsidRDefault="00000000">
      <w:pPr>
        <w:rPr>
          <w:lang w:eastAsia="ko-KR"/>
        </w:rPr>
      </w:pPr>
      <w:r>
        <w:rPr>
          <w:lang w:eastAsia="ko-KR"/>
        </w:rPr>
        <w:t>윤리경영</w:t>
      </w:r>
      <w:r>
        <w:rPr>
          <w:lang w:eastAsia="ko-KR"/>
        </w:rPr>
        <w:t xml:space="preserve">, </w:t>
      </w:r>
      <w:r>
        <w:rPr>
          <w:lang w:eastAsia="ko-KR"/>
        </w:rPr>
        <w:t>연구윤리</w:t>
      </w:r>
      <w:r>
        <w:rPr>
          <w:lang w:eastAsia="ko-KR"/>
        </w:rPr>
        <w:t xml:space="preserve">, </w:t>
      </w:r>
      <w:r>
        <w:rPr>
          <w:lang w:eastAsia="ko-KR"/>
        </w:rPr>
        <w:t>내부통제</w:t>
      </w:r>
      <w:r>
        <w:rPr>
          <w:lang w:eastAsia="ko-KR"/>
        </w:rPr>
        <w:t xml:space="preserve">, </w:t>
      </w:r>
      <w:r>
        <w:rPr>
          <w:lang w:eastAsia="ko-KR"/>
        </w:rPr>
        <w:t>이해충돌</w:t>
      </w:r>
      <w:r>
        <w:rPr>
          <w:lang w:eastAsia="ko-KR"/>
        </w:rPr>
        <w:t xml:space="preserve"> </w:t>
      </w:r>
      <w:r>
        <w:rPr>
          <w:lang w:eastAsia="ko-KR"/>
        </w:rPr>
        <w:t>방지</w:t>
      </w:r>
      <w:r>
        <w:rPr>
          <w:lang w:eastAsia="ko-KR"/>
        </w:rPr>
        <w:t>.</w:t>
      </w:r>
    </w:p>
    <w:p w14:paraId="2A0E3850" w14:textId="77777777" w:rsidR="008F0EAA" w:rsidRDefault="00000000">
      <w:pPr>
        <w:pStyle w:val="21"/>
      </w:pPr>
      <w:r>
        <w:t xml:space="preserve">3. ESG </w:t>
      </w:r>
      <w:proofErr w:type="spellStart"/>
      <w:r>
        <w:t>추진체계</w:t>
      </w:r>
      <w:proofErr w:type="spellEnd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8F0EAA" w14:paraId="003B8875" w14:textId="77777777">
        <w:tc>
          <w:tcPr>
            <w:tcW w:w="4320" w:type="dxa"/>
          </w:tcPr>
          <w:p w14:paraId="7E9321C9" w14:textId="77777777" w:rsidR="008F0EAA" w:rsidRDefault="00000000">
            <w:proofErr w:type="spellStart"/>
            <w:r>
              <w:t>역할</w:t>
            </w:r>
            <w:proofErr w:type="spellEnd"/>
          </w:p>
        </w:tc>
        <w:tc>
          <w:tcPr>
            <w:tcW w:w="4320" w:type="dxa"/>
          </w:tcPr>
          <w:p w14:paraId="6D841C38" w14:textId="77777777" w:rsidR="008F0EAA" w:rsidRDefault="00000000">
            <w:proofErr w:type="spellStart"/>
            <w:r>
              <w:t>담당</w:t>
            </w:r>
            <w:proofErr w:type="spellEnd"/>
          </w:p>
        </w:tc>
      </w:tr>
      <w:tr w:rsidR="008F0EAA" w14:paraId="1DBD10B5" w14:textId="77777777">
        <w:tc>
          <w:tcPr>
            <w:tcW w:w="4320" w:type="dxa"/>
          </w:tcPr>
          <w:p w14:paraId="06EEAA94" w14:textId="77777777" w:rsidR="008F0EAA" w:rsidRDefault="00000000">
            <w:r>
              <w:t xml:space="preserve">ESG </w:t>
            </w:r>
            <w:proofErr w:type="spellStart"/>
            <w:r>
              <w:t>최고책임자</w:t>
            </w:r>
            <w:proofErr w:type="spellEnd"/>
          </w:p>
        </w:tc>
        <w:tc>
          <w:tcPr>
            <w:tcW w:w="4320" w:type="dxa"/>
          </w:tcPr>
          <w:p w14:paraId="0D129A7B" w14:textId="77777777" w:rsidR="008F0EAA" w:rsidRDefault="00000000">
            <w:proofErr w:type="spellStart"/>
            <w:r>
              <w:t>대표이사</w:t>
            </w:r>
            <w:proofErr w:type="spellEnd"/>
          </w:p>
        </w:tc>
      </w:tr>
      <w:tr w:rsidR="008F0EAA" w14:paraId="444A112F" w14:textId="77777777">
        <w:tc>
          <w:tcPr>
            <w:tcW w:w="4320" w:type="dxa"/>
          </w:tcPr>
          <w:p w14:paraId="7936A487" w14:textId="77777777" w:rsidR="008F0EAA" w:rsidRDefault="00000000">
            <w:r>
              <w:t xml:space="preserve">ESG </w:t>
            </w:r>
            <w:proofErr w:type="spellStart"/>
            <w:r>
              <w:t>실무</w:t>
            </w:r>
            <w:proofErr w:type="spellEnd"/>
          </w:p>
        </w:tc>
        <w:tc>
          <w:tcPr>
            <w:tcW w:w="4320" w:type="dxa"/>
          </w:tcPr>
          <w:p w14:paraId="4052D1DE" w14:textId="77777777" w:rsidR="008F0EAA" w:rsidRDefault="00000000">
            <w:proofErr w:type="spellStart"/>
            <w:r>
              <w:t>경영지원</w:t>
            </w:r>
            <w:proofErr w:type="spellEnd"/>
          </w:p>
        </w:tc>
      </w:tr>
      <w:tr w:rsidR="008F0EAA" w14:paraId="5347EC73" w14:textId="77777777">
        <w:tc>
          <w:tcPr>
            <w:tcW w:w="4320" w:type="dxa"/>
          </w:tcPr>
          <w:p w14:paraId="68820240" w14:textId="77777777" w:rsidR="008F0EAA" w:rsidRDefault="00000000">
            <w:proofErr w:type="spellStart"/>
            <w:r>
              <w:t>연구윤리</w:t>
            </w:r>
            <w:proofErr w:type="spellEnd"/>
          </w:p>
        </w:tc>
        <w:tc>
          <w:tcPr>
            <w:tcW w:w="4320" w:type="dxa"/>
          </w:tcPr>
          <w:p w14:paraId="5E9D4AB5" w14:textId="77777777" w:rsidR="008F0EAA" w:rsidRDefault="00000000">
            <w:proofErr w:type="spellStart"/>
            <w:r>
              <w:t>연구책임자</w:t>
            </w:r>
            <w:proofErr w:type="spellEnd"/>
          </w:p>
        </w:tc>
      </w:tr>
      <w:tr w:rsidR="008F0EAA" w14:paraId="1E7DC332" w14:textId="77777777">
        <w:tc>
          <w:tcPr>
            <w:tcW w:w="4320" w:type="dxa"/>
          </w:tcPr>
          <w:p w14:paraId="0946EACC" w14:textId="77777777" w:rsidR="008F0EAA" w:rsidRDefault="00000000">
            <w:proofErr w:type="spellStart"/>
            <w:r>
              <w:t>정보보호</w:t>
            </w:r>
            <w:proofErr w:type="spellEnd"/>
          </w:p>
        </w:tc>
        <w:tc>
          <w:tcPr>
            <w:tcW w:w="4320" w:type="dxa"/>
          </w:tcPr>
          <w:p w14:paraId="00AA409F" w14:textId="77777777" w:rsidR="008F0EAA" w:rsidRDefault="00000000">
            <w:proofErr w:type="spellStart"/>
            <w:r>
              <w:t>정보보호</w:t>
            </w:r>
            <w:proofErr w:type="spellEnd"/>
            <w:r>
              <w:t xml:space="preserve"> </w:t>
            </w:r>
            <w:proofErr w:type="spellStart"/>
            <w:r>
              <w:t>담당</w:t>
            </w:r>
            <w:proofErr w:type="spellEnd"/>
          </w:p>
        </w:tc>
      </w:tr>
    </w:tbl>
    <w:p w14:paraId="59B607D1" w14:textId="77777777" w:rsidR="008F0EAA" w:rsidRDefault="00000000">
      <w:pPr>
        <w:pStyle w:val="21"/>
      </w:pPr>
      <w:r>
        <w:t xml:space="preserve">4. </w:t>
      </w:r>
      <w:proofErr w:type="spellStart"/>
      <w:r>
        <w:t>연간</w:t>
      </w:r>
      <w:proofErr w:type="spellEnd"/>
      <w:r>
        <w:t xml:space="preserve"> </w:t>
      </w:r>
      <w:proofErr w:type="spellStart"/>
      <w:r>
        <w:t>추진계획</w:t>
      </w:r>
      <w:proofErr w:type="spellEnd"/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8F0EAA" w14:paraId="0A67639A" w14:textId="77777777">
        <w:tc>
          <w:tcPr>
            <w:tcW w:w="2880" w:type="dxa"/>
          </w:tcPr>
          <w:p w14:paraId="3756BA2D" w14:textId="77777777" w:rsidR="008F0EAA" w:rsidRDefault="00000000">
            <w:proofErr w:type="spellStart"/>
            <w:r>
              <w:t>분야</w:t>
            </w:r>
            <w:proofErr w:type="spellEnd"/>
          </w:p>
        </w:tc>
        <w:tc>
          <w:tcPr>
            <w:tcW w:w="2880" w:type="dxa"/>
          </w:tcPr>
          <w:p w14:paraId="15311908" w14:textId="77777777" w:rsidR="008F0EAA" w:rsidRDefault="00000000">
            <w:proofErr w:type="spellStart"/>
            <w:r>
              <w:t>추진과제</w:t>
            </w:r>
            <w:proofErr w:type="spellEnd"/>
          </w:p>
        </w:tc>
        <w:tc>
          <w:tcPr>
            <w:tcW w:w="2880" w:type="dxa"/>
          </w:tcPr>
          <w:p w14:paraId="179A02BA" w14:textId="77777777" w:rsidR="008F0EAA" w:rsidRDefault="00000000">
            <w:proofErr w:type="spellStart"/>
            <w:r>
              <w:t>목표</w:t>
            </w:r>
            <w:proofErr w:type="spellEnd"/>
          </w:p>
        </w:tc>
      </w:tr>
      <w:tr w:rsidR="008F0EAA" w14:paraId="41474390" w14:textId="77777777">
        <w:tc>
          <w:tcPr>
            <w:tcW w:w="2880" w:type="dxa"/>
          </w:tcPr>
          <w:p w14:paraId="3B64D01B" w14:textId="77777777" w:rsidR="008F0EAA" w:rsidRDefault="00000000">
            <w:r>
              <w:t>E</w:t>
            </w:r>
          </w:p>
        </w:tc>
        <w:tc>
          <w:tcPr>
            <w:tcW w:w="2880" w:type="dxa"/>
          </w:tcPr>
          <w:p w14:paraId="25906863" w14:textId="77777777" w:rsidR="008F0EAA" w:rsidRDefault="00000000">
            <w:proofErr w:type="spellStart"/>
            <w:r>
              <w:t>전자문서</w:t>
            </w:r>
            <w:proofErr w:type="spellEnd"/>
            <w:r>
              <w:t xml:space="preserve"> </w:t>
            </w:r>
            <w:proofErr w:type="spellStart"/>
            <w:r>
              <w:t>확대</w:t>
            </w:r>
            <w:proofErr w:type="spellEnd"/>
          </w:p>
        </w:tc>
        <w:tc>
          <w:tcPr>
            <w:tcW w:w="2880" w:type="dxa"/>
          </w:tcPr>
          <w:p w14:paraId="300169DE" w14:textId="77777777" w:rsidR="008F0EAA" w:rsidRDefault="00000000">
            <w:proofErr w:type="spellStart"/>
            <w:r>
              <w:t>종이</w:t>
            </w:r>
            <w:proofErr w:type="spellEnd"/>
            <w:r>
              <w:t xml:space="preserve"> </w:t>
            </w:r>
            <w:proofErr w:type="spellStart"/>
            <w:r>
              <w:t>절감</w:t>
            </w:r>
            <w:proofErr w:type="spellEnd"/>
          </w:p>
        </w:tc>
      </w:tr>
      <w:tr w:rsidR="008F0EAA" w14:paraId="046A8A32" w14:textId="77777777">
        <w:tc>
          <w:tcPr>
            <w:tcW w:w="2880" w:type="dxa"/>
          </w:tcPr>
          <w:p w14:paraId="65F7C3F3" w14:textId="77777777" w:rsidR="008F0EAA" w:rsidRDefault="00000000">
            <w:r>
              <w:t>S</w:t>
            </w:r>
          </w:p>
        </w:tc>
        <w:tc>
          <w:tcPr>
            <w:tcW w:w="2880" w:type="dxa"/>
          </w:tcPr>
          <w:p w14:paraId="6D253CE8" w14:textId="77777777" w:rsidR="008F0EAA" w:rsidRDefault="00000000">
            <w:proofErr w:type="spellStart"/>
            <w:r>
              <w:t>윤리</w:t>
            </w:r>
            <w:r>
              <w:t>·AI</w:t>
            </w:r>
            <w:proofErr w:type="spellEnd"/>
            <w:r>
              <w:t xml:space="preserve"> </w:t>
            </w:r>
            <w:proofErr w:type="spellStart"/>
            <w:r>
              <w:t>교육</w:t>
            </w:r>
            <w:proofErr w:type="spellEnd"/>
          </w:p>
        </w:tc>
        <w:tc>
          <w:tcPr>
            <w:tcW w:w="2880" w:type="dxa"/>
          </w:tcPr>
          <w:p w14:paraId="489E853E" w14:textId="77777777" w:rsidR="008F0EAA" w:rsidRDefault="00000000">
            <w:r>
              <w:t>연</w:t>
            </w:r>
            <w:r>
              <w:t>1</w:t>
            </w:r>
            <w:r>
              <w:t>회</w:t>
            </w:r>
            <w:r>
              <w:t xml:space="preserve"> </w:t>
            </w:r>
            <w:proofErr w:type="spellStart"/>
            <w:r>
              <w:t>이상</w:t>
            </w:r>
            <w:proofErr w:type="spellEnd"/>
          </w:p>
        </w:tc>
      </w:tr>
      <w:tr w:rsidR="008F0EAA" w14:paraId="55406B34" w14:textId="77777777">
        <w:tc>
          <w:tcPr>
            <w:tcW w:w="2880" w:type="dxa"/>
          </w:tcPr>
          <w:p w14:paraId="06445E82" w14:textId="77777777" w:rsidR="008F0EAA" w:rsidRDefault="00000000">
            <w:r>
              <w:t>S</w:t>
            </w:r>
          </w:p>
        </w:tc>
        <w:tc>
          <w:tcPr>
            <w:tcW w:w="2880" w:type="dxa"/>
          </w:tcPr>
          <w:p w14:paraId="07EA5980" w14:textId="77777777" w:rsidR="008F0EAA" w:rsidRDefault="00000000">
            <w:proofErr w:type="spellStart"/>
            <w:r>
              <w:t>개인정보</w:t>
            </w:r>
            <w:proofErr w:type="spellEnd"/>
            <w:r>
              <w:t xml:space="preserve"> </w:t>
            </w:r>
            <w:proofErr w:type="spellStart"/>
            <w:r>
              <w:t>보호</w:t>
            </w:r>
            <w:proofErr w:type="spellEnd"/>
          </w:p>
        </w:tc>
        <w:tc>
          <w:tcPr>
            <w:tcW w:w="2880" w:type="dxa"/>
          </w:tcPr>
          <w:p w14:paraId="447846C9" w14:textId="77777777" w:rsidR="008F0EAA" w:rsidRDefault="00000000">
            <w:proofErr w:type="spellStart"/>
            <w:r>
              <w:t>사고</w:t>
            </w:r>
            <w:proofErr w:type="spellEnd"/>
            <w:r>
              <w:t xml:space="preserve"> 0</w:t>
            </w:r>
            <w:r>
              <w:t>건</w:t>
            </w:r>
          </w:p>
        </w:tc>
      </w:tr>
      <w:tr w:rsidR="008F0EAA" w14:paraId="0D3B97B6" w14:textId="77777777">
        <w:tc>
          <w:tcPr>
            <w:tcW w:w="2880" w:type="dxa"/>
          </w:tcPr>
          <w:p w14:paraId="235D9018" w14:textId="77777777" w:rsidR="008F0EAA" w:rsidRDefault="00000000">
            <w:r>
              <w:t>G</w:t>
            </w:r>
          </w:p>
        </w:tc>
        <w:tc>
          <w:tcPr>
            <w:tcW w:w="2880" w:type="dxa"/>
          </w:tcPr>
          <w:p w14:paraId="576DB944" w14:textId="77777777" w:rsidR="008F0EAA" w:rsidRDefault="00000000">
            <w:proofErr w:type="spellStart"/>
            <w:r>
              <w:t>윤리규정</w:t>
            </w:r>
            <w:proofErr w:type="spellEnd"/>
            <w:r>
              <w:t xml:space="preserve"> </w:t>
            </w:r>
            <w:proofErr w:type="spellStart"/>
            <w:r>
              <w:t>점검</w:t>
            </w:r>
            <w:proofErr w:type="spellEnd"/>
          </w:p>
        </w:tc>
        <w:tc>
          <w:tcPr>
            <w:tcW w:w="2880" w:type="dxa"/>
          </w:tcPr>
          <w:p w14:paraId="276949A9" w14:textId="77777777" w:rsidR="008F0EAA" w:rsidRDefault="00000000">
            <w:r>
              <w:t>연</w:t>
            </w:r>
            <w:r>
              <w:t>1</w:t>
            </w:r>
            <w:r>
              <w:t>회</w:t>
            </w:r>
          </w:p>
        </w:tc>
      </w:tr>
      <w:tr w:rsidR="008F0EAA" w14:paraId="4DDD2535" w14:textId="77777777">
        <w:tc>
          <w:tcPr>
            <w:tcW w:w="2880" w:type="dxa"/>
          </w:tcPr>
          <w:p w14:paraId="4237E740" w14:textId="77777777" w:rsidR="008F0EAA" w:rsidRDefault="00000000">
            <w:r>
              <w:t>G</w:t>
            </w:r>
          </w:p>
        </w:tc>
        <w:tc>
          <w:tcPr>
            <w:tcW w:w="2880" w:type="dxa"/>
          </w:tcPr>
          <w:p w14:paraId="75AF5CAF" w14:textId="77777777" w:rsidR="008F0EAA" w:rsidRDefault="00000000">
            <w:proofErr w:type="spellStart"/>
            <w:r>
              <w:t>내부신고</w:t>
            </w:r>
            <w:proofErr w:type="spellEnd"/>
            <w:r>
              <w:t xml:space="preserve"> </w:t>
            </w:r>
            <w:proofErr w:type="spellStart"/>
            <w:r>
              <w:t>운영</w:t>
            </w:r>
            <w:proofErr w:type="spellEnd"/>
          </w:p>
        </w:tc>
        <w:tc>
          <w:tcPr>
            <w:tcW w:w="2880" w:type="dxa"/>
          </w:tcPr>
          <w:p w14:paraId="6383AEFE" w14:textId="77777777" w:rsidR="008F0EAA" w:rsidRDefault="00000000">
            <w:proofErr w:type="spellStart"/>
            <w:r>
              <w:t>상시</w:t>
            </w:r>
            <w:proofErr w:type="spellEnd"/>
          </w:p>
        </w:tc>
      </w:tr>
    </w:tbl>
    <w:p w14:paraId="37E9416A" w14:textId="77777777" w:rsidR="008F0EAA" w:rsidRDefault="00000000">
      <w:pPr>
        <w:pStyle w:val="21"/>
      </w:pPr>
      <w:r>
        <w:lastRenderedPageBreak/>
        <w:t>5. ESG KPI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877"/>
        <w:gridCol w:w="2877"/>
        <w:gridCol w:w="2876"/>
      </w:tblGrid>
      <w:tr w:rsidR="008F0EAA" w14:paraId="4287C17E" w14:textId="77777777">
        <w:tc>
          <w:tcPr>
            <w:tcW w:w="2880" w:type="dxa"/>
          </w:tcPr>
          <w:p w14:paraId="0A7F4D36" w14:textId="77777777" w:rsidR="008F0EAA" w:rsidRDefault="00000000">
            <w:proofErr w:type="spellStart"/>
            <w:r>
              <w:t>항목</w:t>
            </w:r>
            <w:proofErr w:type="spellEnd"/>
          </w:p>
        </w:tc>
        <w:tc>
          <w:tcPr>
            <w:tcW w:w="2880" w:type="dxa"/>
          </w:tcPr>
          <w:p w14:paraId="50C1D1F4" w14:textId="77777777" w:rsidR="008F0EAA" w:rsidRDefault="00000000">
            <w:proofErr w:type="spellStart"/>
            <w:r>
              <w:t>지표</w:t>
            </w:r>
            <w:proofErr w:type="spellEnd"/>
          </w:p>
        </w:tc>
        <w:tc>
          <w:tcPr>
            <w:tcW w:w="2880" w:type="dxa"/>
          </w:tcPr>
          <w:p w14:paraId="36A06677" w14:textId="77777777" w:rsidR="008F0EAA" w:rsidRDefault="00000000">
            <w:proofErr w:type="spellStart"/>
            <w:r>
              <w:t>목표</w:t>
            </w:r>
            <w:proofErr w:type="spellEnd"/>
          </w:p>
        </w:tc>
      </w:tr>
      <w:tr w:rsidR="008F0EAA" w14:paraId="70898B29" w14:textId="77777777">
        <w:tc>
          <w:tcPr>
            <w:tcW w:w="2880" w:type="dxa"/>
          </w:tcPr>
          <w:p w14:paraId="6D16C594" w14:textId="77777777" w:rsidR="008F0EAA" w:rsidRDefault="00000000">
            <w:proofErr w:type="spellStart"/>
            <w:r>
              <w:t>전자문서</w:t>
            </w:r>
            <w:proofErr w:type="spellEnd"/>
          </w:p>
        </w:tc>
        <w:tc>
          <w:tcPr>
            <w:tcW w:w="2880" w:type="dxa"/>
          </w:tcPr>
          <w:p w14:paraId="1DA6B18F" w14:textId="77777777" w:rsidR="008F0EAA" w:rsidRDefault="00000000">
            <w:proofErr w:type="spellStart"/>
            <w:r>
              <w:t>사용률</w:t>
            </w:r>
            <w:proofErr w:type="spellEnd"/>
          </w:p>
        </w:tc>
        <w:tc>
          <w:tcPr>
            <w:tcW w:w="2880" w:type="dxa"/>
          </w:tcPr>
          <w:p w14:paraId="1EF678EB" w14:textId="77777777" w:rsidR="008F0EAA" w:rsidRDefault="00000000">
            <w:r>
              <w:t>90%</w:t>
            </w:r>
          </w:p>
        </w:tc>
      </w:tr>
      <w:tr w:rsidR="008F0EAA" w14:paraId="41E13CB5" w14:textId="77777777">
        <w:tc>
          <w:tcPr>
            <w:tcW w:w="2880" w:type="dxa"/>
          </w:tcPr>
          <w:p w14:paraId="67ACA226" w14:textId="77777777" w:rsidR="008F0EAA" w:rsidRDefault="00000000">
            <w:proofErr w:type="spellStart"/>
            <w:r>
              <w:t>윤리교육</w:t>
            </w:r>
            <w:proofErr w:type="spellEnd"/>
          </w:p>
        </w:tc>
        <w:tc>
          <w:tcPr>
            <w:tcW w:w="2880" w:type="dxa"/>
          </w:tcPr>
          <w:p w14:paraId="64D56830" w14:textId="77777777" w:rsidR="008F0EAA" w:rsidRDefault="00000000">
            <w:proofErr w:type="spellStart"/>
            <w:r>
              <w:t>이수율</w:t>
            </w:r>
            <w:proofErr w:type="spellEnd"/>
          </w:p>
        </w:tc>
        <w:tc>
          <w:tcPr>
            <w:tcW w:w="2880" w:type="dxa"/>
          </w:tcPr>
          <w:p w14:paraId="6A0AF837" w14:textId="77777777" w:rsidR="008F0EAA" w:rsidRDefault="00000000">
            <w:r>
              <w:t>100%</w:t>
            </w:r>
          </w:p>
        </w:tc>
      </w:tr>
      <w:tr w:rsidR="008F0EAA" w14:paraId="0ABD6A7C" w14:textId="77777777">
        <w:tc>
          <w:tcPr>
            <w:tcW w:w="2880" w:type="dxa"/>
          </w:tcPr>
          <w:p w14:paraId="78E2C6B7" w14:textId="77777777" w:rsidR="008F0EAA" w:rsidRDefault="00000000">
            <w:proofErr w:type="spellStart"/>
            <w:r>
              <w:t>개인정보</w:t>
            </w:r>
            <w:proofErr w:type="spellEnd"/>
          </w:p>
        </w:tc>
        <w:tc>
          <w:tcPr>
            <w:tcW w:w="2880" w:type="dxa"/>
          </w:tcPr>
          <w:p w14:paraId="2EEE47F4" w14:textId="77777777" w:rsidR="008F0EAA" w:rsidRDefault="00000000">
            <w:proofErr w:type="spellStart"/>
            <w:r>
              <w:t>사고</w:t>
            </w:r>
            <w:proofErr w:type="spellEnd"/>
          </w:p>
        </w:tc>
        <w:tc>
          <w:tcPr>
            <w:tcW w:w="2880" w:type="dxa"/>
          </w:tcPr>
          <w:p w14:paraId="064B1DA8" w14:textId="77777777" w:rsidR="008F0EAA" w:rsidRDefault="00000000">
            <w:r>
              <w:t>0</w:t>
            </w:r>
            <w:r>
              <w:t>건</w:t>
            </w:r>
          </w:p>
        </w:tc>
      </w:tr>
      <w:tr w:rsidR="008F0EAA" w14:paraId="11D5AFB5" w14:textId="77777777">
        <w:tc>
          <w:tcPr>
            <w:tcW w:w="2880" w:type="dxa"/>
          </w:tcPr>
          <w:p w14:paraId="1FAAD038" w14:textId="77777777" w:rsidR="008F0EAA" w:rsidRDefault="00000000">
            <w:proofErr w:type="spellStart"/>
            <w:r>
              <w:t>연구윤리</w:t>
            </w:r>
            <w:proofErr w:type="spellEnd"/>
          </w:p>
        </w:tc>
        <w:tc>
          <w:tcPr>
            <w:tcW w:w="2880" w:type="dxa"/>
          </w:tcPr>
          <w:p w14:paraId="7702BE85" w14:textId="77777777" w:rsidR="008F0EAA" w:rsidRDefault="00000000">
            <w:proofErr w:type="spellStart"/>
            <w:r>
              <w:t>위반</w:t>
            </w:r>
            <w:proofErr w:type="spellEnd"/>
          </w:p>
        </w:tc>
        <w:tc>
          <w:tcPr>
            <w:tcW w:w="2880" w:type="dxa"/>
          </w:tcPr>
          <w:p w14:paraId="3F53EDC7" w14:textId="77777777" w:rsidR="008F0EAA" w:rsidRDefault="00000000">
            <w:r>
              <w:t>0</w:t>
            </w:r>
            <w:r>
              <w:t>건</w:t>
            </w:r>
          </w:p>
        </w:tc>
      </w:tr>
    </w:tbl>
    <w:p w14:paraId="4DC26003" w14:textId="77777777" w:rsidR="008F0EAA" w:rsidRDefault="00000000">
      <w:pPr>
        <w:pStyle w:val="21"/>
      </w:pPr>
      <w:r>
        <w:t xml:space="preserve">6. </w:t>
      </w:r>
      <w:proofErr w:type="spellStart"/>
      <w:r>
        <w:t>메디노아</w:t>
      </w:r>
      <w:proofErr w:type="spellEnd"/>
      <w:r>
        <w:t xml:space="preserve"> ESG </w:t>
      </w:r>
      <w:proofErr w:type="spellStart"/>
      <w:r>
        <w:t>활동</w:t>
      </w:r>
      <w:proofErr w:type="spellEnd"/>
    </w:p>
    <w:p w14:paraId="34EA21D7" w14:textId="1FA779A8" w:rsidR="008F0EAA" w:rsidRPr="001F1E7B" w:rsidRDefault="00000000">
      <w:pPr>
        <w:rPr>
          <w:rFonts w:eastAsia="맑은 고딕"/>
          <w:lang w:eastAsia="ko-KR"/>
        </w:rPr>
      </w:pPr>
      <w:r>
        <w:rPr>
          <w:lang w:eastAsia="ko-KR"/>
        </w:rPr>
        <w:t xml:space="preserve">• XR </w:t>
      </w:r>
      <w:r>
        <w:rPr>
          <w:lang w:eastAsia="ko-KR"/>
        </w:rPr>
        <w:t>기반</w:t>
      </w:r>
      <w:r>
        <w:rPr>
          <w:lang w:eastAsia="ko-KR"/>
        </w:rPr>
        <w:t xml:space="preserve"> </w:t>
      </w:r>
      <w:r>
        <w:rPr>
          <w:lang w:eastAsia="ko-KR"/>
        </w:rPr>
        <w:t>의료교육</w:t>
      </w:r>
      <w:r>
        <w:rPr>
          <w:lang w:eastAsia="ko-KR"/>
        </w:rPr>
        <w:br/>
        <w:t xml:space="preserve">• AI </w:t>
      </w:r>
      <w:r>
        <w:rPr>
          <w:lang w:eastAsia="ko-KR"/>
        </w:rPr>
        <w:t>윤리</w:t>
      </w:r>
      <w:r>
        <w:rPr>
          <w:lang w:eastAsia="ko-KR"/>
        </w:rPr>
        <w:t xml:space="preserve"> </w:t>
      </w:r>
      <w:r>
        <w:rPr>
          <w:lang w:eastAsia="ko-KR"/>
        </w:rPr>
        <w:t>준수</w:t>
      </w:r>
      <w:r>
        <w:rPr>
          <w:lang w:eastAsia="ko-KR"/>
        </w:rPr>
        <w:br/>
        <w:t xml:space="preserve">• </w:t>
      </w:r>
      <w:r>
        <w:rPr>
          <w:lang w:eastAsia="ko-KR"/>
        </w:rPr>
        <w:t>개인정보</w:t>
      </w:r>
      <w:r>
        <w:rPr>
          <w:lang w:eastAsia="ko-KR"/>
        </w:rPr>
        <w:t xml:space="preserve"> </w:t>
      </w:r>
      <w:r>
        <w:rPr>
          <w:lang w:eastAsia="ko-KR"/>
        </w:rPr>
        <w:t>비식별화</w:t>
      </w:r>
      <w:r>
        <w:rPr>
          <w:lang w:eastAsia="ko-KR"/>
        </w:rPr>
        <w:br/>
        <w:t xml:space="preserve">• </w:t>
      </w:r>
      <w:r>
        <w:rPr>
          <w:lang w:eastAsia="ko-KR"/>
        </w:rPr>
        <w:t>연구윤리</w:t>
      </w:r>
      <w:r>
        <w:rPr>
          <w:lang w:eastAsia="ko-KR"/>
        </w:rPr>
        <w:t xml:space="preserve"> </w:t>
      </w:r>
      <w:r>
        <w:rPr>
          <w:lang w:eastAsia="ko-KR"/>
        </w:rPr>
        <w:t>교육</w:t>
      </w:r>
    </w:p>
    <w:p w14:paraId="15210B47" w14:textId="77777777" w:rsidR="008F0EAA" w:rsidRDefault="00000000">
      <w:pPr>
        <w:rPr>
          <w:lang w:eastAsia="ko-KR"/>
        </w:rPr>
      </w:pPr>
      <w:r>
        <w:rPr>
          <w:lang w:eastAsia="ko-KR"/>
        </w:rPr>
        <w:br w:type="page"/>
      </w:r>
    </w:p>
    <w:p w14:paraId="2FBA51ED" w14:textId="77777777" w:rsidR="008F0EAA" w:rsidRDefault="00000000">
      <w:pPr>
        <w:pStyle w:val="1"/>
        <w:rPr>
          <w:lang w:eastAsia="ko-KR"/>
        </w:rPr>
      </w:pPr>
      <w:r>
        <w:rPr>
          <w:lang w:eastAsia="ko-KR"/>
        </w:rPr>
        <w:lastRenderedPageBreak/>
        <w:t>별지</w:t>
      </w:r>
      <w:r>
        <w:rPr>
          <w:lang w:eastAsia="ko-KR"/>
        </w:rPr>
        <w:t xml:space="preserve"> 1. ESG </w:t>
      </w:r>
      <w:r>
        <w:rPr>
          <w:lang w:eastAsia="ko-KR"/>
        </w:rPr>
        <w:t>활동보고서</w:t>
      </w:r>
    </w:p>
    <w:p w14:paraId="19E5AE3E" w14:textId="77777777" w:rsidR="008F0EAA" w:rsidRDefault="00000000">
      <w:pPr>
        <w:rPr>
          <w:lang w:eastAsia="ko-KR"/>
        </w:rPr>
      </w:pPr>
      <w:r>
        <w:rPr>
          <w:lang w:eastAsia="ko-KR"/>
        </w:rPr>
        <w:t>기간</w:t>
      </w:r>
      <w:r>
        <w:rPr>
          <w:lang w:eastAsia="ko-KR"/>
        </w:rPr>
        <w:t>: ______________________________________________</w:t>
      </w:r>
    </w:p>
    <w:p w14:paraId="1B5A3C65" w14:textId="77777777" w:rsidR="008F0EAA" w:rsidRDefault="00000000">
      <w:pPr>
        <w:rPr>
          <w:lang w:eastAsia="ko-KR"/>
        </w:rPr>
      </w:pPr>
      <w:r>
        <w:rPr>
          <w:lang w:eastAsia="ko-KR"/>
        </w:rPr>
        <w:t>활동내용</w:t>
      </w:r>
      <w:r>
        <w:rPr>
          <w:lang w:eastAsia="ko-KR"/>
        </w:rPr>
        <w:t>: ______________________________________________</w:t>
      </w:r>
    </w:p>
    <w:p w14:paraId="6FCBA72F" w14:textId="77777777" w:rsidR="008F0EAA" w:rsidRDefault="00000000">
      <w:pPr>
        <w:rPr>
          <w:lang w:eastAsia="ko-KR"/>
        </w:rPr>
      </w:pPr>
      <w:r>
        <w:rPr>
          <w:lang w:eastAsia="ko-KR"/>
        </w:rPr>
        <w:t>성과</w:t>
      </w:r>
      <w:r>
        <w:rPr>
          <w:lang w:eastAsia="ko-KR"/>
        </w:rPr>
        <w:t>: ______________________________________________</w:t>
      </w:r>
    </w:p>
    <w:p w14:paraId="72D9B4A0" w14:textId="77777777" w:rsidR="008F0EAA" w:rsidRDefault="00000000">
      <w:pPr>
        <w:rPr>
          <w:lang w:eastAsia="ko-KR"/>
        </w:rPr>
      </w:pPr>
      <w:r>
        <w:rPr>
          <w:lang w:eastAsia="ko-KR"/>
        </w:rPr>
        <w:t>개선사항</w:t>
      </w:r>
      <w:r>
        <w:rPr>
          <w:lang w:eastAsia="ko-KR"/>
        </w:rPr>
        <w:t>: ______________________________________________</w:t>
      </w:r>
    </w:p>
    <w:p w14:paraId="24F35663" w14:textId="77777777" w:rsidR="008F0EAA" w:rsidRDefault="00000000">
      <w:pPr>
        <w:rPr>
          <w:lang w:eastAsia="ko-KR"/>
        </w:rPr>
      </w:pPr>
      <w:r>
        <w:rPr>
          <w:lang w:eastAsia="ko-KR"/>
        </w:rPr>
        <w:t>차년도</w:t>
      </w:r>
      <w:r>
        <w:rPr>
          <w:lang w:eastAsia="ko-KR"/>
        </w:rPr>
        <w:t xml:space="preserve"> </w:t>
      </w:r>
      <w:r>
        <w:rPr>
          <w:lang w:eastAsia="ko-KR"/>
        </w:rPr>
        <w:t>계획</w:t>
      </w:r>
      <w:r>
        <w:rPr>
          <w:lang w:eastAsia="ko-KR"/>
        </w:rPr>
        <w:t>: ______________________________________________</w:t>
      </w:r>
    </w:p>
    <w:p w14:paraId="2645DBF9" w14:textId="77777777" w:rsidR="008F0EAA" w:rsidRDefault="00000000">
      <w:pPr>
        <w:rPr>
          <w:lang w:eastAsia="ko-KR"/>
        </w:rPr>
      </w:pPr>
      <w:r>
        <w:rPr>
          <w:lang w:eastAsia="ko-KR"/>
        </w:rPr>
        <w:br w:type="page"/>
      </w:r>
    </w:p>
    <w:p w14:paraId="6114A849" w14:textId="77777777" w:rsidR="008F0EAA" w:rsidRDefault="00000000">
      <w:pPr>
        <w:pStyle w:val="1"/>
        <w:rPr>
          <w:lang w:eastAsia="ko-KR"/>
        </w:rPr>
      </w:pPr>
      <w:r>
        <w:rPr>
          <w:lang w:eastAsia="ko-KR"/>
        </w:rPr>
        <w:lastRenderedPageBreak/>
        <w:t>별지</w:t>
      </w:r>
      <w:r>
        <w:rPr>
          <w:lang w:eastAsia="ko-KR"/>
        </w:rPr>
        <w:t xml:space="preserve"> 2. ESG </w:t>
      </w:r>
      <w:r>
        <w:rPr>
          <w:lang w:eastAsia="ko-KR"/>
        </w:rPr>
        <w:t>자가점검표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878"/>
        <w:gridCol w:w="2876"/>
        <w:gridCol w:w="2876"/>
      </w:tblGrid>
      <w:tr w:rsidR="008F0EAA" w14:paraId="47B3F0B9" w14:textId="77777777">
        <w:tc>
          <w:tcPr>
            <w:tcW w:w="2880" w:type="dxa"/>
          </w:tcPr>
          <w:p w14:paraId="7088E7A3" w14:textId="77777777" w:rsidR="008F0EAA" w:rsidRDefault="00000000">
            <w:proofErr w:type="spellStart"/>
            <w:r>
              <w:t>항목</w:t>
            </w:r>
            <w:proofErr w:type="spellEnd"/>
          </w:p>
        </w:tc>
        <w:tc>
          <w:tcPr>
            <w:tcW w:w="2880" w:type="dxa"/>
          </w:tcPr>
          <w:p w14:paraId="4F2B405D" w14:textId="77777777" w:rsidR="008F0EAA" w:rsidRDefault="00000000">
            <w:proofErr w:type="spellStart"/>
            <w:r>
              <w:t>점검</w:t>
            </w:r>
            <w:proofErr w:type="spellEnd"/>
          </w:p>
        </w:tc>
        <w:tc>
          <w:tcPr>
            <w:tcW w:w="2880" w:type="dxa"/>
          </w:tcPr>
          <w:p w14:paraId="49511C35" w14:textId="77777777" w:rsidR="008F0EAA" w:rsidRDefault="00000000">
            <w:proofErr w:type="spellStart"/>
            <w:r>
              <w:t>비고</w:t>
            </w:r>
            <w:proofErr w:type="spellEnd"/>
          </w:p>
        </w:tc>
      </w:tr>
      <w:tr w:rsidR="008F0EAA" w14:paraId="0E442EEE" w14:textId="77777777">
        <w:tc>
          <w:tcPr>
            <w:tcW w:w="2880" w:type="dxa"/>
          </w:tcPr>
          <w:p w14:paraId="5D26D062" w14:textId="77777777" w:rsidR="008F0EAA" w:rsidRDefault="00000000">
            <w:proofErr w:type="spellStart"/>
            <w:r>
              <w:t>윤리규정</w:t>
            </w:r>
            <w:proofErr w:type="spellEnd"/>
          </w:p>
        </w:tc>
        <w:tc>
          <w:tcPr>
            <w:tcW w:w="2880" w:type="dxa"/>
          </w:tcPr>
          <w:p w14:paraId="35151E03" w14:textId="77777777" w:rsidR="008F0EAA" w:rsidRDefault="00000000">
            <w:r>
              <w:t>□</w:t>
            </w:r>
          </w:p>
        </w:tc>
        <w:tc>
          <w:tcPr>
            <w:tcW w:w="2880" w:type="dxa"/>
          </w:tcPr>
          <w:p w14:paraId="062D2DD6" w14:textId="77777777" w:rsidR="008F0EAA" w:rsidRDefault="008F0EAA"/>
        </w:tc>
      </w:tr>
      <w:tr w:rsidR="008F0EAA" w14:paraId="17351DB5" w14:textId="77777777">
        <w:tc>
          <w:tcPr>
            <w:tcW w:w="2880" w:type="dxa"/>
          </w:tcPr>
          <w:p w14:paraId="68C91F2C" w14:textId="77777777" w:rsidR="008F0EAA" w:rsidRDefault="00000000">
            <w:r>
              <w:t xml:space="preserve">ESG </w:t>
            </w:r>
            <w:proofErr w:type="spellStart"/>
            <w:r>
              <w:t>교육</w:t>
            </w:r>
            <w:proofErr w:type="spellEnd"/>
          </w:p>
        </w:tc>
        <w:tc>
          <w:tcPr>
            <w:tcW w:w="2880" w:type="dxa"/>
          </w:tcPr>
          <w:p w14:paraId="06BDDC77" w14:textId="77777777" w:rsidR="008F0EAA" w:rsidRDefault="00000000">
            <w:r>
              <w:t>□</w:t>
            </w:r>
          </w:p>
        </w:tc>
        <w:tc>
          <w:tcPr>
            <w:tcW w:w="2880" w:type="dxa"/>
          </w:tcPr>
          <w:p w14:paraId="3CBF6FE9" w14:textId="77777777" w:rsidR="008F0EAA" w:rsidRDefault="008F0EAA"/>
        </w:tc>
      </w:tr>
      <w:tr w:rsidR="008F0EAA" w14:paraId="62C532A2" w14:textId="77777777">
        <w:tc>
          <w:tcPr>
            <w:tcW w:w="2880" w:type="dxa"/>
          </w:tcPr>
          <w:p w14:paraId="6BC156FB" w14:textId="77777777" w:rsidR="008F0EAA" w:rsidRDefault="00000000">
            <w:r>
              <w:t xml:space="preserve">AI </w:t>
            </w:r>
            <w:proofErr w:type="spellStart"/>
            <w:r>
              <w:t>윤리</w:t>
            </w:r>
            <w:proofErr w:type="spellEnd"/>
          </w:p>
        </w:tc>
        <w:tc>
          <w:tcPr>
            <w:tcW w:w="2880" w:type="dxa"/>
          </w:tcPr>
          <w:p w14:paraId="7332DE28" w14:textId="77777777" w:rsidR="008F0EAA" w:rsidRDefault="00000000">
            <w:r>
              <w:t>□</w:t>
            </w:r>
          </w:p>
        </w:tc>
        <w:tc>
          <w:tcPr>
            <w:tcW w:w="2880" w:type="dxa"/>
          </w:tcPr>
          <w:p w14:paraId="018191DB" w14:textId="77777777" w:rsidR="008F0EAA" w:rsidRDefault="008F0EAA"/>
        </w:tc>
      </w:tr>
      <w:tr w:rsidR="008F0EAA" w14:paraId="552FCB58" w14:textId="77777777">
        <w:tc>
          <w:tcPr>
            <w:tcW w:w="2880" w:type="dxa"/>
          </w:tcPr>
          <w:p w14:paraId="423453E8" w14:textId="77777777" w:rsidR="008F0EAA" w:rsidRDefault="00000000">
            <w:proofErr w:type="spellStart"/>
            <w:r>
              <w:t>개인정보</w:t>
            </w:r>
            <w:proofErr w:type="spellEnd"/>
          </w:p>
        </w:tc>
        <w:tc>
          <w:tcPr>
            <w:tcW w:w="2880" w:type="dxa"/>
          </w:tcPr>
          <w:p w14:paraId="6C83D587" w14:textId="77777777" w:rsidR="008F0EAA" w:rsidRDefault="00000000">
            <w:r>
              <w:t>□</w:t>
            </w:r>
          </w:p>
        </w:tc>
        <w:tc>
          <w:tcPr>
            <w:tcW w:w="2880" w:type="dxa"/>
          </w:tcPr>
          <w:p w14:paraId="18A38B9D" w14:textId="77777777" w:rsidR="008F0EAA" w:rsidRDefault="008F0EAA"/>
        </w:tc>
      </w:tr>
      <w:tr w:rsidR="008F0EAA" w14:paraId="4356B19E" w14:textId="77777777">
        <w:tc>
          <w:tcPr>
            <w:tcW w:w="2880" w:type="dxa"/>
          </w:tcPr>
          <w:p w14:paraId="2598C97C" w14:textId="77777777" w:rsidR="008F0EAA" w:rsidRDefault="00000000">
            <w:proofErr w:type="spellStart"/>
            <w:r>
              <w:t>내부신고</w:t>
            </w:r>
            <w:proofErr w:type="spellEnd"/>
          </w:p>
        </w:tc>
        <w:tc>
          <w:tcPr>
            <w:tcW w:w="2880" w:type="dxa"/>
          </w:tcPr>
          <w:p w14:paraId="71765DB4" w14:textId="77777777" w:rsidR="008F0EAA" w:rsidRDefault="00000000">
            <w:r>
              <w:t>□</w:t>
            </w:r>
          </w:p>
        </w:tc>
        <w:tc>
          <w:tcPr>
            <w:tcW w:w="2880" w:type="dxa"/>
          </w:tcPr>
          <w:p w14:paraId="64F5C36A" w14:textId="77777777" w:rsidR="008F0EAA" w:rsidRDefault="008F0EAA"/>
        </w:tc>
      </w:tr>
      <w:tr w:rsidR="008F0EAA" w14:paraId="54C22A4D" w14:textId="77777777">
        <w:tc>
          <w:tcPr>
            <w:tcW w:w="2880" w:type="dxa"/>
          </w:tcPr>
          <w:p w14:paraId="6FE8DAC1" w14:textId="77777777" w:rsidR="008F0EAA" w:rsidRDefault="00000000">
            <w:proofErr w:type="spellStart"/>
            <w:r>
              <w:t>연구윤리</w:t>
            </w:r>
            <w:proofErr w:type="spellEnd"/>
          </w:p>
        </w:tc>
        <w:tc>
          <w:tcPr>
            <w:tcW w:w="2880" w:type="dxa"/>
          </w:tcPr>
          <w:p w14:paraId="531D0E94" w14:textId="77777777" w:rsidR="008F0EAA" w:rsidRDefault="00000000">
            <w:r>
              <w:t>□</w:t>
            </w:r>
          </w:p>
        </w:tc>
        <w:tc>
          <w:tcPr>
            <w:tcW w:w="2880" w:type="dxa"/>
          </w:tcPr>
          <w:p w14:paraId="1CC53655" w14:textId="77777777" w:rsidR="008F0EAA" w:rsidRDefault="008F0EAA"/>
        </w:tc>
      </w:tr>
    </w:tbl>
    <w:p w14:paraId="37DDBA7E" w14:textId="77777777" w:rsidR="008F0EAA" w:rsidRDefault="00000000">
      <w:r>
        <w:br w:type="page"/>
      </w:r>
    </w:p>
    <w:p w14:paraId="50484A8A" w14:textId="77777777" w:rsidR="008F0EAA" w:rsidRDefault="00000000">
      <w:pPr>
        <w:pStyle w:val="1"/>
        <w:rPr>
          <w:lang w:eastAsia="ko-KR"/>
        </w:rPr>
      </w:pPr>
      <w:r>
        <w:rPr>
          <w:lang w:eastAsia="ko-KR"/>
        </w:rPr>
        <w:lastRenderedPageBreak/>
        <w:t>홈페이지</w:t>
      </w:r>
      <w:r>
        <w:rPr>
          <w:lang w:eastAsia="ko-KR"/>
        </w:rPr>
        <w:t xml:space="preserve"> </w:t>
      </w:r>
      <w:r>
        <w:rPr>
          <w:lang w:eastAsia="ko-KR"/>
        </w:rPr>
        <w:t>게시용</w:t>
      </w:r>
      <w:r>
        <w:rPr>
          <w:lang w:eastAsia="ko-KR"/>
        </w:rPr>
        <w:t xml:space="preserve"> ESG </w:t>
      </w:r>
      <w:r>
        <w:rPr>
          <w:lang w:eastAsia="ko-KR"/>
        </w:rPr>
        <w:t>경영방침</w:t>
      </w:r>
    </w:p>
    <w:p w14:paraId="00607703" w14:textId="77777777" w:rsidR="008F0EAA" w:rsidRDefault="00000000">
      <w:pPr>
        <w:rPr>
          <w:lang w:eastAsia="ko-KR"/>
        </w:rPr>
      </w:pPr>
      <w:proofErr w:type="spellStart"/>
      <w:r>
        <w:rPr>
          <w:lang w:eastAsia="ko-KR"/>
        </w:rPr>
        <w:t>메디노아는</w:t>
      </w:r>
      <w:proofErr w:type="spellEnd"/>
      <w:r>
        <w:rPr>
          <w:lang w:eastAsia="ko-KR"/>
        </w:rPr>
        <w:t xml:space="preserve"> </w:t>
      </w:r>
      <w:r>
        <w:rPr>
          <w:lang w:eastAsia="ko-KR"/>
        </w:rPr>
        <w:t>지속가능한</w:t>
      </w:r>
      <w:r>
        <w:rPr>
          <w:lang w:eastAsia="ko-KR"/>
        </w:rPr>
        <w:t xml:space="preserve"> </w:t>
      </w:r>
      <w:r>
        <w:rPr>
          <w:lang w:eastAsia="ko-KR"/>
        </w:rPr>
        <w:t>의료혁신을</w:t>
      </w:r>
      <w:r>
        <w:rPr>
          <w:lang w:eastAsia="ko-KR"/>
        </w:rPr>
        <w:t xml:space="preserve"> </w:t>
      </w:r>
      <w:r>
        <w:rPr>
          <w:lang w:eastAsia="ko-KR"/>
        </w:rPr>
        <w:t>위해</w:t>
      </w:r>
      <w:r>
        <w:rPr>
          <w:lang w:eastAsia="ko-KR"/>
        </w:rPr>
        <w:t xml:space="preserve"> </w:t>
      </w:r>
      <w:r>
        <w:rPr>
          <w:lang w:eastAsia="ko-KR"/>
        </w:rPr>
        <w:t>환경보호</w:t>
      </w:r>
      <w:r>
        <w:rPr>
          <w:lang w:eastAsia="ko-KR"/>
        </w:rPr>
        <w:t xml:space="preserve">, </w:t>
      </w:r>
      <w:r>
        <w:rPr>
          <w:lang w:eastAsia="ko-KR"/>
        </w:rPr>
        <w:t>사회적</w:t>
      </w:r>
      <w:r>
        <w:rPr>
          <w:lang w:eastAsia="ko-KR"/>
        </w:rPr>
        <w:t xml:space="preserve"> </w:t>
      </w:r>
      <w:r>
        <w:rPr>
          <w:lang w:eastAsia="ko-KR"/>
        </w:rPr>
        <w:t>책임</w:t>
      </w:r>
      <w:r>
        <w:rPr>
          <w:lang w:eastAsia="ko-KR"/>
        </w:rPr>
        <w:t xml:space="preserve">, </w:t>
      </w:r>
      <w:r>
        <w:rPr>
          <w:lang w:eastAsia="ko-KR"/>
        </w:rPr>
        <w:t>투명한</w:t>
      </w:r>
      <w:r>
        <w:rPr>
          <w:lang w:eastAsia="ko-KR"/>
        </w:rPr>
        <w:t xml:space="preserve"> </w:t>
      </w:r>
      <w:r>
        <w:rPr>
          <w:lang w:eastAsia="ko-KR"/>
        </w:rPr>
        <w:t>지배구조를</w:t>
      </w:r>
      <w:r>
        <w:rPr>
          <w:lang w:eastAsia="ko-KR"/>
        </w:rPr>
        <w:t xml:space="preserve"> </w:t>
      </w:r>
      <w:r>
        <w:rPr>
          <w:lang w:eastAsia="ko-KR"/>
        </w:rPr>
        <w:t>실천하며</w:t>
      </w:r>
      <w:r>
        <w:rPr>
          <w:lang w:eastAsia="ko-KR"/>
        </w:rPr>
        <w:t xml:space="preserve">, </w:t>
      </w:r>
      <w:r>
        <w:rPr>
          <w:lang w:eastAsia="ko-KR"/>
        </w:rPr>
        <w:t>의료기기와</w:t>
      </w:r>
      <w:r>
        <w:rPr>
          <w:lang w:eastAsia="ko-KR"/>
        </w:rPr>
        <w:t xml:space="preserve"> AI </w:t>
      </w:r>
      <w:r>
        <w:rPr>
          <w:lang w:eastAsia="ko-KR"/>
        </w:rPr>
        <w:t>개발</w:t>
      </w:r>
      <w:r>
        <w:rPr>
          <w:lang w:eastAsia="ko-KR"/>
        </w:rPr>
        <w:t xml:space="preserve"> </w:t>
      </w:r>
      <w:r>
        <w:rPr>
          <w:lang w:eastAsia="ko-KR"/>
        </w:rPr>
        <w:t>과정에서</w:t>
      </w:r>
      <w:r>
        <w:rPr>
          <w:lang w:eastAsia="ko-KR"/>
        </w:rPr>
        <w:t xml:space="preserve"> </w:t>
      </w:r>
      <w:r>
        <w:rPr>
          <w:lang w:eastAsia="ko-KR"/>
        </w:rPr>
        <w:t>환자</w:t>
      </w:r>
      <w:r>
        <w:rPr>
          <w:lang w:eastAsia="ko-KR"/>
        </w:rPr>
        <w:t xml:space="preserve"> </w:t>
      </w:r>
      <w:r>
        <w:rPr>
          <w:lang w:eastAsia="ko-KR"/>
        </w:rPr>
        <w:t>안전과</w:t>
      </w:r>
      <w:r>
        <w:rPr>
          <w:lang w:eastAsia="ko-KR"/>
        </w:rPr>
        <w:t xml:space="preserve"> </w:t>
      </w:r>
      <w:r>
        <w:rPr>
          <w:lang w:eastAsia="ko-KR"/>
        </w:rPr>
        <w:t>연구윤리를</w:t>
      </w:r>
      <w:r>
        <w:rPr>
          <w:lang w:eastAsia="ko-KR"/>
        </w:rPr>
        <w:t xml:space="preserve"> </w:t>
      </w:r>
      <w:r>
        <w:rPr>
          <w:lang w:eastAsia="ko-KR"/>
        </w:rPr>
        <w:t>최우선으로</w:t>
      </w:r>
      <w:r>
        <w:rPr>
          <w:lang w:eastAsia="ko-KR"/>
        </w:rPr>
        <w:t xml:space="preserve"> </w:t>
      </w:r>
      <w:r>
        <w:rPr>
          <w:lang w:eastAsia="ko-KR"/>
        </w:rPr>
        <w:t>합니다</w:t>
      </w:r>
      <w:r>
        <w:rPr>
          <w:lang w:eastAsia="ko-KR"/>
        </w:rPr>
        <w:t>.</w:t>
      </w:r>
    </w:p>
    <w:sectPr w:rsidR="008F0EA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66915" w14:textId="77777777" w:rsidR="008322FF" w:rsidRDefault="008322FF" w:rsidP="00686480">
      <w:pPr>
        <w:spacing w:after="0" w:line="240" w:lineRule="auto"/>
      </w:pPr>
      <w:r>
        <w:separator/>
      </w:r>
    </w:p>
  </w:endnote>
  <w:endnote w:type="continuationSeparator" w:id="0">
    <w:p w14:paraId="401CFB30" w14:textId="77777777" w:rsidR="008322FF" w:rsidRDefault="008322FF" w:rsidP="00686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B8F8C" w14:textId="77777777" w:rsidR="008322FF" w:rsidRDefault="008322FF" w:rsidP="00686480">
      <w:pPr>
        <w:spacing w:after="0" w:line="240" w:lineRule="auto"/>
      </w:pPr>
      <w:r>
        <w:separator/>
      </w:r>
    </w:p>
  </w:footnote>
  <w:footnote w:type="continuationSeparator" w:id="0">
    <w:p w14:paraId="5BC19058" w14:textId="77777777" w:rsidR="008322FF" w:rsidRDefault="008322FF" w:rsidP="006864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50690966">
    <w:abstractNumId w:val="8"/>
  </w:num>
  <w:num w:numId="2" w16cid:durableId="109127058">
    <w:abstractNumId w:val="6"/>
  </w:num>
  <w:num w:numId="3" w16cid:durableId="1385325547">
    <w:abstractNumId w:val="5"/>
  </w:num>
  <w:num w:numId="4" w16cid:durableId="1202085361">
    <w:abstractNumId w:val="4"/>
  </w:num>
  <w:num w:numId="5" w16cid:durableId="530917857">
    <w:abstractNumId w:val="7"/>
  </w:num>
  <w:num w:numId="6" w16cid:durableId="712576194">
    <w:abstractNumId w:val="3"/>
  </w:num>
  <w:num w:numId="7" w16cid:durableId="270750714">
    <w:abstractNumId w:val="2"/>
  </w:num>
  <w:num w:numId="8" w16cid:durableId="212155273">
    <w:abstractNumId w:val="1"/>
  </w:num>
  <w:num w:numId="9" w16cid:durableId="1441103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1E7B"/>
    <w:rsid w:val="0029639D"/>
    <w:rsid w:val="00326F90"/>
    <w:rsid w:val="0057093F"/>
    <w:rsid w:val="00653C09"/>
    <w:rsid w:val="00686480"/>
    <w:rsid w:val="006E21CF"/>
    <w:rsid w:val="007453DC"/>
    <w:rsid w:val="008322FF"/>
    <w:rsid w:val="008F0EAA"/>
    <w:rsid w:val="00AA1D8D"/>
    <w:rsid w:val="00B47730"/>
    <w:rsid w:val="00CB0664"/>
    <w:rsid w:val="00F6621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C79368"/>
  <w14:defaultImageDpi w14:val="300"/>
  <w15:docId w15:val="{06D4EF7A-C65C-4878-BD62-02F408400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hAnsi="맑은 고딕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재철 고</cp:lastModifiedBy>
  <cp:revision>2</cp:revision>
  <dcterms:created xsi:type="dcterms:W3CDTF">2026-06-28T03:14:00Z</dcterms:created>
  <dcterms:modified xsi:type="dcterms:W3CDTF">2026-06-28T03:14:00Z</dcterms:modified>
  <cp:category/>
</cp:coreProperties>
</file>